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7B73D4" w14:textId="158EABDE" w:rsidR="00E91B7D" w:rsidRPr="001871AE" w:rsidRDefault="00E91B7D" w:rsidP="20EC65C2">
      <w:pPr>
        <w:rPr>
          <w:rFonts w:ascii="Hanuman" w:eastAsia="Cambria" w:hAnsi="Hanuman" w:cs="Cambria"/>
          <w:b/>
          <w:bCs/>
          <w:color w:val="1F497D" w:themeColor="text2"/>
          <w:sz w:val="24"/>
          <w:szCs w:val="24"/>
        </w:rPr>
      </w:pPr>
    </w:p>
    <w:p w14:paraId="4BE89ACA" w14:textId="463B5FB9" w:rsidR="00E91B7D" w:rsidRPr="001871AE" w:rsidRDefault="5819DA63" w:rsidP="20EC65C2">
      <w:pPr>
        <w:jc w:val="right"/>
        <w:rPr>
          <w:rFonts w:ascii="Hanuman" w:eastAsia="Cambria" w:hAnsi="Hanuman" w:cs="Cambria"/>
          <w:b/>
          <w:bCs/>
          <w:color w:val="1F497D" w:themeColor="text2"/>
          <w:sz w:val="24"/>
          <w:szCs w:val="24"/>
        </w:rPr>
      </w:pPr>
      <w:r w:rsidRPr="001871AE">
        <w:rPr>
          <w:rFonts w:ascii="Hanuman" w:hAnsi="Hanuman"/>
          <w:noProof/>
          <w:sz w:val="24"/>
          <w:szCs w:val="24"/>
        </w:rPr>
        <w:drawing>
          <wp:inline distT="0" distB="0" distL="0" distR="0" wp14:anchorId="6BD7AB2C" wp14:editId="1AE4C922">
            <wp:extent cx="1514475" cy="271595"/>
            <wp:effectExtent l="0" t="0" r="0" b="0"/>
            <wp:docPr id="2118302183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8302183" name="drawi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271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07E7EC" w14:textId="7F348B3A" w:rsidR="00E91B7D" w:rsidRPr="0033592F" w:rsidRDefault="6C784725" w:rsidP="20EC65C2">
      <w:pPr>
        <w:pStyle w:val="Heading2"/>
        <w:rPr>
          <w:rFonts w:ascii="Hanuman" w:hAnsi="Hanuman"/>
          <w:color w:val="000000" w:themeColor="text1"/>
          <w:sz w:val="32"/>
          <w:szCs w:val="32"/>
        </w:rPr>
      </w:pPr>
      <w:r w:rsidRPr="0033592F">
        <w:rPr>
          <w:rFonts w:ascii="Hanuman" w:hAnsi="Hanuman"/>
          <w:color w:val="000000" w:themeColor="text1"/>
          <w:sz w:val="32"/>
          <w:szCs w:val="32"/>
        </w:rPr>
        <w:t xml:space="preserve">Agency Email Signature Instructions </w:t>
      </w:r>
    </w:p>
    <w:p w14:paraId="0B211B62" w14:textId="77777777" w:rsidR="0033592F" w:rsidRPr="0033592F" w:rsidRDefault="0033592F" w:rsidP="0033592F"/>
    <w:p w14:paraId="0805FA92" w14:textId="10244689" w:rsidR="00B7293F" w:rsidRPr="0033592F" w:rsidRDefault="0033592F" w:rsidP="00B7293F">
      <w:pPr>
        <w:rPr>
          <w:rFonts w:ascii="Hanuman" w:eastAsiaTheme="majorEastAsia" w:hAnsi="Hanuman" w:cstheme="majorBidi"/>
          <w:sz w:val="24"/>
          <w:szCs w:val="24"/>
        </w:rPr>
      </w:pPr>
      <w:r w:rsidRPr="0033592F">
        <w:rPr>
          <w:rFonts w:ascii="Hanuman" w:eastAsiaTheme="majorEastAsia" w:hAnsi="Hanuman" w:cstheme="majorBidi"/>
          <w:sz w:val="24"/>
          <w:szCs w:val="24"/>
        </w:rPr>
        <w:t>This updated format reflects the organization</w:t>
      </w:r>
      <w:r w:rsidRPr="0033592F">
        <w:rPr>
          <w:rFonts w:ascii="Times New Roman" w:eastAsiaTheme="majorEastAsia" w:hAnsi="Times New Roman" w:cs="Times New Roman"/>
          <w:sz w:val="24"/>
          <w:szCs w:val="24"/>
        </w:rPr>
        <w:t>’</w:t>
      </w:r>
      <w:r w:rsidRPr="0033592F">
        <w:rPr>
          <w:rFonts w:ascii="Hanuman" w:eastAsiaTheme="majorEastAsia" w:hAnsi="Hanuman" w:cstheme="majorBidi"/>
          <w:sz w:val="24"/>
          <w:szCs w:val="24"/>
        </w:rPr>
        <w:t xml:space="preserve">s new 2025 vision: </w:t>
      </w:r>
      <w:r w:rsidRPr="0033592F">
        <w:rPr>
          <w:rFonts w:ascii="Hanuman" w:eastAsiaTheme="majorEastAsia" w:hAnsi="Hanuman" w:cstheme="majorBidi"/>
          <w:b/>
          <w:bCs/>
          <w:sz w:val="24"/>
          <w:szCs w:val="24"/>
        </w:rPr>
        <w:t>Mental Health and Well-Being for Everyone</w:t>
      </w:r>
      <w:r w:rsidRPr="0033592F">
        <w:rPr>
          <w:rFonts w:ascii="Hanuman" w:eastAsiaTheme="majorEastAsia" w:hAnsi="Hanuman" w:cstheme="majorBidi"/>
          <w:sz w:val="24"/>
          <w:szCs w:val="24"/>
        </w:rPr>
        <w:t>.</w:t>
      </w:r>
    </w:p>
    <w:p w14:paraId="58A20235" w14:textId="07FABACF" w:rsidR="00E91B7D" w:rsidRPr="0033592F" w:rsidRDefault="4975ED52" w:rsidP="20EC65C2">
      <w:pPr>
        <w:rPr>
          <w:rFonts w:ascii="Hanuman" w:hAnsi="Hanuman"/>
          <w:sz w:val="24"/>
          <w:szCs w:val="24"/>
        </w:rPr>
      </w:pPr>
      <w:proofErr w:type="spellStart"/>
      <w:proofErr w:type="gramStart"/>
      <w:r w:rsidRPr="0033592F">
        <w:rPr>
          <w:rFonts w:ascii="Hanuman" w:hAnsi="Hanuman"/>
          <w:b/>
          <w:bCs/>
          <w:sz w:val="24"/>
          <w:szCs w:val="24"/>
        </w:rPr>
        <w:t>Firstname</w:t>
      </w:r>
      <w:proofErr w:type="spellEnd"/>
      <w:proofErr w:type="gramEnd"/>
      <w:r w:rsidRPr="0033592F">
        <w:rPr>
          <w:rFonts w:ascii="Hanuman" w:hAnsi="Hanuman"/>
          <w:b/>
          <w:bCs/>
          <w:sz w:val="24"/>
          <w:szCs w:val="24"/>
        </w:rPr>
        <w:t xml:space="preserve"> Middle</w:t>
      </w:r>
      <w:r w:rsidR="001871AE" w:rsidRPr="0033592F">
        <w:rPr>
          <w:rFonts w:ascii="Hanuman" w:hAnsi="Hanuman"/>
          <w:b/>
          <w:bCs/>
          <w:sz w:val="24"/>
          <w:szCs w:val="24"/>
        </w:rPr>
        <w:t xml:space="preserve"> </w:t>
      </w:r>
      <w:r w:rsidRPr="0033592F">
        <w:rPr>
          <w:rFonts w:ascii="Hanuman" w:hAnsi="Hanuman"/>
          <w:b/>
          <w:bCs/>
          <w:sz w:val="24"/>
          <w:szCs w:val="24"/>
        </w:rPr>
        <w:t>Initial</w:t>
      </w:r>
      <w:r w:rsidR="001871AE" w:rsidRPr="0033592F">
        <w:rPr>
          <w:rFonts w:ascii="Hanuman" w:hAnsi="Hanuman"/>
          <w:b/>
          <w:bCs/>
          <w:sz w:val="24"/>
          <w:szCs w:val="24"/>
        </w:rPr>
        <w:t>.</w:t>
      </w:r>
      <w:r w:rsidRPr="0033592F">
        <w:rPr>
          <w:rFonts w:ascii="Hanuman" w:hAnsi="Hanuman"/>
          <w:b/>
          <w:bCs/>
          <w:sz w:val="24"/>
          <w:szCs w:val="24"/>
        </w:rPr>
        <w:t xml:space="preserve"> LastName, Credentials</w:t>
      </w:r>
      <w:r w:rsidR="00615CFA" w:rsidRPr="0033592F">
        <w:rPr>
          <w:rFonts w:ascii="Hanuman" w:hAnsi="Hanuman"/>
          <w:sz w:val="24"/>
          <w:szCs w:val="24"/>
        </w:rPr>
        <w:br/>
      </w:r>
      <w:r w:rsidRPr="0033592F">
        <w:rPr>
          <w:rFonts w:ascii="Hanuman" w:hAnsi="Hanuman"/>
          <w:sz w:val="24"/>
          <w:szCs w:val="24"/>
        </w:rPr>
        <w:t>Official Job Title</w:t>
      </w:r>
      <w:r w:rsidR="00615CFA" w:rsidRPr="0033592F">
        <w:rPr>
          <w:rFonts w:ascii="Hanuman" w:hAnsi="Hanuman"/>
          <w:sz w:val="24"/>
          <w:szCs w:val="24"/>
        </w:rPr>
        <w:br/>
      </w:r>
      <w:r w:rsidR="001871AE" w:rsidRPr="0033592F">
        <w:rPr>
          <w:rFonts w:ascii="Hanuman" w:hAnsi="Hanuman"/>
          <w:sz w:val="24"/>
          <w:szCs w:val="24"/>
        </w:rPr>
        <w:t xml:space="preserve">Integral Care </w:t>
      </w:r>
      <w:r w:rsidR="001871AE" w:rsidRPr="0033592F">
        <w:rPr>
          <w:rFonts w:ascii="Times New Roman" w:hAnsi="Times New Roman" w:cs="Times New Roman"/>
          <w:sz w:val="24"/>
          <w:szCs w:val="24"/>
        </w:rPr>
        <w:t>–</w:t>
      </w:r>
      <w:r w:rsidR="001871AE" w:rsidRPr="0033592F">
        <w:rPr>
          <w:rFonts w:ascii="Hanuman" w:hAnsi="Hanuman"/>
          <w:sz w:val="24"/>
          <w:szCs w:val="24"/>
        </w:rPr>
        <w:t xml:space="preserve"> Mental Health and Well-Being for Everyone</w:t>
      </w:r>
      <w:r w:rsidR="00615CFA" w:rsidRPr="0033592F">
        <w:rPr>
          <w:rFonts w:ascii="Hanuman" w:hAnsi="Hanuman"/>
          <w:sz w:val="24"/>
          <w:szCs w:val="24"/>
        </w:rPr>
        <w:br/>
      </w:r>
      <w:r w:rsidRPr="0033592F">
        <w:rPr>
          <w:rFonts w:ascii="Hanuman" w:hAnsi="Hanuman"/>
          <w:sz w:val="24"/>
          <w:szCs w:val="24"/>
        </w:rPr>
        <w:t>Office: 555-555-5555 | Cell: 555-555-5555</w:t>
      </w:r>
      <w:r w:rsidR="00615CFA" w:rsidRPr="0033592F">
        <w:rPr>
          <w:rFonts w:ascii="Hanuman" w:hAnsi="Hanuman"/>
          <w:sz w:val="24"/>
          <w:szCs w:val="24"/>
        </w:rPr>
        <w:br/>
      </w:r>
      <w:hyperlink r:id="rId7">
        <w:r w:rsidRPr="0033592F">
          <w:rPr>
            <w:rStyle w:val="Hyperlink"/>
            <w:rFonts w:ascii="Hanuman" w:hAnsi="Hanuman"/>
            <w:sz w:val="24"/>
            <w:szCs w:val="24"/>
          </w:rPr>
          <w:t>IntegralCare.org</w:t>
        </w:r>
      </w:hyperlink>
      <w:r w:rsidRPr="0033592F">
        <w:rPr>
          <w:rFonts w:ascii="Hanuman" w:hAnsi="Hanuman"/>
          <w:sz w:val="24"/>
          <w:szCs w:val="24"/>
        </w:rPr>
        <w:t xml:space="preserve"> | </w:t>
      </w:r>
      <w:hyperlink r:id="rId8">
        <w:r w:rsidRPr="0033592F">
          <w:rPr>
            <w:rStyle w:val="Hyperlink"/>
            <w:rFonts w:ascii="Hanuman" w:hAnsi="Hanuman"/>
            <w:sz w:val="24"/>
            <w:szCs w:val="24"/>
          </w:rPr>
          <w:t>Facebook</w:t>
        </w:r>
      </w:hyperlink>
      <w:r w:rsidRPr="0033592F">
        <w:rPr>
          <w:rFonts w:ascii="Hanuman" w:hAnsi="Hanuman"/>
          <w:sz w:val="24"/>
          <w:szCs w:val="24"/>
        </w:rPr>
        <w:t xml:space="preserve"> | </w:t>
      </w:r>
      <w:hyperlink r:id="rId9">
        <w:r w:rsidRPr="0033592F">
          <w:rPr>
            <w:rStyle w:val="Hyperlink"/>
            <w:rFonts w:ascii="Hanuman" w:hAnsi="Hanuman"/>
            <w:sz w:val="24"/>
            <w:szCs w:val="24"/>
          </w:rPr>
          <w:t>Instagram</w:t>
        </w:r>
      </w:hyperlink>
      <w:r w:rsidRPr="0033592F">
        <w:rPr>
          <w:rFonts w:ascii="Hanuman" w:hAnsi="Hanuman"/>
          <w:sz w:val="24"/>
          <w:szCs w:val="24"/>
        </w:rPr>
        <w:t xml:space="preserve"> | </w:t>
      </w:r>
      <w:hyperlink r:id="rId10">
        <w:r w:rsidRPr="0033592F">
          <w:rPr>
            <w:rStyle w:val="Hyperlink"/>
            <w:rFonts w:ascii="Hanuman" w:hAnsi="Hanuman"/>
            <w:sz w:val="24"/>
            <w:szCs w:val="24"/>
          </w:rPr>
          <w:t>LinkedIn</w:t>
        </w:r>
      </w:hyperlink>
    </w:p>
    <w:p w14:paraId="7B8DF53C" w14:textId="77777777" w:rsidR="0033592F" w:rsidRPr="0033592F" w:rsidRDefault="0033592F" w:rsidP="0033592F">
      <w:pPr>
        <w:rPr>
          <w:rFonts w:ascii="Hanuman" w:hAnsi="Hanuman" w:cs="Times New Roman"/>
          <w:sz w:val="24"/>
          <w:szCs w:val="24"/>
        </w:rPr>
      </w:pPr>
      <w:r w:rsidRPr="0033592F">
        <w:rPr>
          <w:rFonts w:ascii="Hanuman" w:hAnsi="Hanuman" w:cs="Times New Roman"/>
          <w:b/>
          <w:bCs/>
          <w:sz w:val="24"/>
          <w:szCs w:val="24"/>
        </w:rPr>
        <w:t>Follow these steps to update your email signature:</w:t>
      </w:r>
    </w:p>
    <w:p w14:paraId="100602E6" w14:textId="3C0A5175" w:rsidR="0033592F" w:rsidRPr="0033592F" w:rsidRDefault="0033592F" w:rsidP="0033592F">
      <w:pPr>
        <w:numPr>
          <w:ilvl w:val="0"/>
          <w:numId w:val="11"/>
        </w:numPr>
        <w:rPr>
          <w:rFonts w:ascii="Hanuman" w:hAnsi="Hanuman" w:cs="Times New Roman"/>
          <w:sz w:val="24"/>
          <w:szCs w:val="24"/>
        </w:rPr>
      </w:pPr>
      <w:r w:rsidRPr="0033592F">
        <w:rPr>
          <w:rFonts w:ascii="Hanuman" w:hAnsi="Hanuman" w:cs="Times New Roman"/>
          <w:sz w:val="24"/>
          <w:szCs w:val="24"/>
        </w:rPr>
        <w:t>Highlight the email signature above and copy it. Be sure to copy the entire signature so all links remain intact.</w:t>
      </w:r>
    </w:p>
    <w:p w14:paraId="51A9EE05" w14:textId="77777777" w:rsidR="0033592F" w:rsidRPr="0033592F" w:rsidRDefault="0033592F" w:rsidP="0033592F">
      <w:pPr>
        <w:numPr>
          <w:ilvl w:val="0"/>
          <w:numId w:val="11"/>
        </w:numPr>
        <w:rPr>
          <w:rFonts w:ascii="Hanuman" w:hAnsi="Hanuman" w:cs="Times New Roman"/>
          <w:sz w:val="24"/>
          <w:szCs w:val="24"/>
        </w:rPr>
      </w:pPr>
      <w:r w:rsidRPr="0033592F">
        <w:rPr>
          <w:rFonts w:ascii="Hanuman" w:hAnsi="Hanuman" w:cs="Times New Roman"/>
          <w:sz w:val="24"/>
          <w:szCs w:val="24"/>
        </w:rPr>
        <w:t xml:space="preserve">In Mail, click </w:t>
      </w:r>
      <w:r w:rsidRPr="0033592F">
        <w:rPr>
          <w:rFonts w:ascii="Hanuman" w:hAnsi="Hanuman" w:cs="Times New Roman"/>
          <w:b/>
          <w:bCs/>
          <w:sz w:val="24"/>
          <w:szCs w:val="24"/>
        </w:rPr>
        <w:t>New Email</w:t>
      </w:r>
      <w:r w:rsidRPr="0033592F">
        <w:rPr>
          <w:rFonts w:ascii="Hanuman" w:hAnsi="Hanuman" w:cs="Times New Roman"/>
          <w:sz w:val="24"/>
          <w:szCs w:val="24"/>
        </w:rPr>
        <w:t xml:space="preserve">. From the </w:t>
      </w:r>
      <w:r w:rsidRPr="0033592F">
        <w:rPr>
          <w:rFonts w:ascii="Hanuman" w:hAnsi="Hanuman" w:cs="Times New Roman"/>
          <w:b/>
          <w:bCs/>
          <w:sz w:val="24"/>
          <w:szCs w:val="24"/>
        </w:rPr>
        <w:t>Insert</w:t>
      </w:r>
      <w:r w:rsidRPr="0033592F">
        <w:rPr>
          <w:rFonts w:ascii="Hanuman" w:hAnsi="Hanuman" w:cs="Times New Roman"/>
          <w:sz w:val="24"/>
          <w:szCs w:val="24"/>
        </w:rPr>
        <w:t xml:space="preserve"> tab, select </w:t>
      </w:r>
      <w:r w:rsidRPr="0033592F">
        <w:rPr>
          <w:rFonts w:ascii="Hanuman" w:hAnsi="Hanuman" w:cs="Times New Roman"/>
          <w:b/>
          <w:bCs/>
          <w:sz w:val="24"/>
          <w:szCs w:val="24"/>
        </w:rPr>
        <w:t>Signature</w:t>
      </w:r>
      <w:r w:rsidRPr="0033592F">
        <w:rPr>
          <w:rFonts w:ascii="Hanuman" w:hAnsi="Hanuman" w:cs="Times New Roman"/>
          <w:sz w:val="24"/>
          <w:szCs w:val="24"/>
        </w:rPr>
        <w:t xml:space="preserve">, then click </w:t>
      </w:r>
      <w:r w:rsidRPr="0033592F">
        <w:rPr>
          <w:rFonts w:ascii="Hanuman" w:hAnsi="Hanuman" w:cs="Times New Roman"/>
          <w:b/>
          <w:bCs/>
          <w:sz w:val="24"/>
          <w:szCs w:val="24"/>
        </w:rPr>
        <w:t>Signatures</w:t>
      </w:r>
      <w:r w:rsidRPr="0033592F">
        <w:rPr>
          <w:rFonts w:ascii="Hanuman" w:hAnsi="Hanuman" w:cs="Times New Roman"/>
          <w:sz w:val="24"/>
          <w:szCs w:val="24"/>
        </w:rPr>
        <w:t>.</w:t>
      </w:r>
    </w:p>
    <w:p w14:paraId="7F1D260E" w14:textId="77777777" w:rsidR="0033592F" w:rsidRPr="0033592F" w:rsidRDefault="0033592F" w:rsidP="0033592F">
      <w:pPr>
        <w:numPr>
          <w:ilvl w:val="0"/>
          <w:numId w:val="11"/>
        </w:numPr>
        <w:rPr>
          <w:rFonts w:ascii="Hanuman" w:hAnsi="Hanuman" w:cs="Times New Roman"/>
          <w:sz w:val="24"/>
          <w:szCs w:val="24"/>
        </w:rPr>
      </w:pPr>
      <w:r w:rsidRPr="0033592F">
        <w:rPr>
          <w:rFonts w:ascii="Hanuman" w:hAnsi="Hanuman" w:cs="Times New Roman"/>
          <w:sz w:val="24"/>
          <w:szCs w:val="24"/>
        </w:rPr>
        <w:t xml:space="preserve">If you have an existing signature, delete it (under </w:t>
      </w:r>
      <w:r w:rsidRPr="0033592F">
        <w:rPr>
          <w:rFonts w:ascii="Hanuman" w:hAnsi="Hanuman" w:cs="Times New Roman"/>
          <w:b/>
          <w:bCs/>
          <w:sz w:val="24"/>
          <w:szCs w:val="24"/>
        </w:rPr>
        <w:t>Email Signature</w:t>
      </w:r>
      <w:r w:rsidRPr="0033592F">
        <w:rPr>
          <w:rFonts w:ascii="Hanuman" w:hAnsi="Hanuman" w:cs="Times New Roman"/>
          <w:sz w:val="24"/>
          <w:szCs w:val="24"/>
        </w:rPr>
        <w:t xml:space="preserve">, select the signature and click </w:t>
      </w:r>
      <w:r w:rsidRPr="0033592F">
        <w:rPr>
          <w:rFonts w:ascii="Hanuman" w:hAnsi="Hanuman" w:cs="Times New Roman"/>
          <w:b/>
          <w:bCs/>
          <w:sz w:val="24"/>
          <w:szCs w:val="24"/>
        </w:rPr>
        <w:t>Delete</w:t>
      </w:r>
      <w:r w:rsidRPr="0033592F">
        <w:rPr>
          <w:rFonts w:ascii="Hanuman" w:hAnsi="Hanuman" w:cs="Times New Roman"/>
          <w:sz w:val="24"/>
          <w:szCs w:val="24"/>
        </w:rPr>
        <w:t>).</w:t>
      </w:r>
    </w:p>
    <w:p w14:paraId="1C49EB0A" w14:textId="77777777" w:rsidR="0033592F" w:rsidRPr="0033592F" w:rsidRDefault="0033592F" w:rsidP="0033592F">
      <w:pPr>
        <w:numPr>
          <w:ilvl w:val="0"/>
          <w:numId w:val="11"/>
        </w:numPr>
        <w:rPr>
          <w:rFonts w:ascii="Hanuman" w:hAnsi="Hanuman" w:cs="Times New Roman"/>
          <w:sz w:val="24"/>
          <w:szCs w:val="24"/>
        </w:rPr>
      </w:pPr>
      <w:r w:rsidRPr="0033592F">
        <w:rPr>
          <w:rFonts w:ascii="Hanuman" w:hAnsi="Hanuman" w:cs="Times New Roman"/>
          <w:sz w:val="24"/>
          <w:szCs w:val="24"/>
        </w:rPr>
        <w:t xml:space="preserve">Under </w:t>
      </w:r>
      <w:r w:rsidRPr="0033592F">
        <w:rPr>
          <w:rFonts w:ascii="Hanuman" w:hAnsi="Hanuman" w:cs="Times New Roman"/>
          <w:b/>
          <w:bCs/>
          <w:sz w:val="24"/>
          <w:szCs w:val="24"/>
        </w:rPr>
        <w:t>Email Signature</w:t>
      </w:r>
      <w:r w:rsidRPr="0033592F">
        <w:rPr>
          <w:rFonts w:ascii="Hanuman" w:hAnsi="Hanuman" w:cs="Times New Roman"/>
          <w:sz w:val="24"/>
          <w:szCs w:val="24"/>
        </w:rPr>
        <w:t xml:space="preserve">, click </w:t>
      </w:r>
      <w:r w:rsidRPr="0033592F">
        <w:rPr>
          <w:rFonts w:ascii="Hanuman" w:hAnsi="Hanuman" w:cs="Times New Roman"/>
          <w:b/>
          <w:bCs/>
          <w:sz w:val="24"/>
          <w:szCs w:val="24"/>
        </w:rPr>
        <w:t>Add Signature</w:t>
      </w:r>
      <w:r w:rsidRPr="0033592F">
        <w:rPr>
          <w:rFonts w:ascii="Hanuman" w:hAnsi="Hanuman" w:cs="Times New Roman"/>
          <w:sz w:val="24"/>
          <w:szCs w:val="24"/>
        </w:rPr>
        <w:t>.</w:t>
      </w:r>
    </w:p>
    <w:p w14:paraId="5ACA8D29" w14:textId="77777777" w:rsidR="0033592F" w:rsidRPr="0033592F" w:rsidRDefault="0033592F" w:rsidP="0033592F">
      <w:pPr>
        <w:numPr>
          <w:ilvl w:val="0"/>
          <w:numId w:val="11"/>
        </w:numPr>
        <w:rPr>
          <w:rFonts w:ascii="Hanuman" w:hAnsi="Hanuman" w:cs="Times New Roman"/>
          <w:sz w:val="24"/>
          <w:szCs w:val="24"/>
        </w:rPr>
      </w:pPr>
      <w:r w:rsidRPr="0033592F">
        <w:rPr>
          <w:rFonts w:ascii="Hanuman" w:hAnsi="Hanuman" w:cs="Times New Roman"/>
          <w:sz w:val="24"/>
          <w:szCs w:val="24"/>
        </w:rPr>
        <w:t xml:space="preserve">Name the new signature </w:t>
      </w:r>
      <w:r w:rsidRPr="0033592F">
        <w:rPr>
          <w:rFonts w:ascii="Times New Roman" w:hAnsi="Times New Roman" w:cs="Times New Roman"/>
          <w:sz w:val="24"/>
          <w:szCs w:val="24"/>
        </w:rPr>
        <w:t>“</w:t>
      </w:r>
      <w:r w:rsidRPr="0033592F">
        <w:rPr>
          <w:rFonts w:ascii="Hanuman" w:hAnsi="Hanuman" w:cs="Times New Roman"/>
          <w:sz w:val="24"/>
          <w:szCs w:val="24"/>
        </w:rPr>
        <w:t>Agency</w:t>
      </w:r>
      <w:r w:rsidRPr="0033592F">
        <w:rPr>
          <w:rFonts w:ascii="Times New Roman" w:hAnsi="Times New Roman" w:cs="Times New Roman"/>
          <w:sz w:val="24"/>
          <w:szCs w:val="24"/>
        </w:rPr>
        <w:t>”</w:t>
      </w:r>
      <w:r w:rsidRPr="0033592F">
        <w:rPr>
          <w:rFonts w:ascii="Hanuman" w:hAnsi="Hanuman" w:cs="Times New Roman"/>
          <w:sz w:val="24"/>
          <w:szCs w:val="24"/>
        </w:rPr>
        <w:t xml:space="preserve"> and click </w:t>
      </w:r>
      <w:r w:rsidRPr="0033592F">
        <w:rPr>
          <w:rFonts w:ascii="Hanuman" w:hAnsi="Hanuman" w:cs="Times New Roman"/>
          <w:b/>
          <w:bCs/>
          <w:sz w:val="24"/>
          <w:szCs w:val="24"/>
        </w:rPr>
        <w:t>OK</w:t>
      </w:r>
      <w:r w:rsidRPr="0033592F">
        <w:rPr>
          <w:rFonts w:ascii="Hanuman" w:hAnsi="Hanuman" w:cs="Times New Roman"/>
          <w:sz w:val="24"/>
          <w:szCs w:val="24"/>
        </w:rPr>
        <w:t>.</w:t>
      </w:r>
    </w:p>
    <w:p w14:paraId="27965662" w14:textId="77777777" w:rsidR="0033592F" w:rsidRPr="0033592F" w:rsidRDefault="0033592F" w:rsidP="0033592F">
      <w:pPr>
        <w:numPr>
          <w:ilvl w:val="0"/>
          <w:numId w:val="11"/>
        </w:numPr>
        <w:rPr>
          <w:rFonts w:ascii="Hanuman" w:hAnsi="Hanuman" w:cs="Times New Roman"/>
          <w:sz w:val="24"/>
          <w:szCs w:val="24"/>
        </w:rPr>
      </w:pPr>
      <w:r w:rsidRPr="0033592F">
        <w:rPr>
          <w:rFonts w:ascii="Hanuman" w:hAnsi="Hanuman" w:cs="Times New Roman"/>
          <w:sz w:val="24"/>
          <w:szCs w:val="24"/>
        </w:rPr>
        <w:t xml:space="preserve">In the </w:t>
      </w:r>
      <w:r w:rsidRPr="0033592F">
        <w:rPr>
          <w:rFonts w:ascii="Hanuman" w:hAnsi="Hanuman" w:cs="Times New Roman"/>
          <w:b/>
          <w:bCs/>
          <w:sz w:val="24"/>
          <w:szCs w:val="24"/>
        </w:rPr>
        <w:t>Edit Signature</w:t>
      </w:r>
      <w:r w:rsidRPr="0033592F">
        <w:rPr>
          <w:rFonts w:ascii="Hanuman" w:hAnsi="Hanuman" w:cs="Times New Roman"/>
          <w:sz w:val="24"/>
          <w:szCs w:val="24"/>
        </w:rPr>
        <w:t xml:space="preserve"> field, right-click and select </w:t>
      </w:r>
      <w:r w:rsidRPr="0033592F">
        <w:rPr>
          <w:rFonts w:ascii="Hanuman" w:hAnsi="Hanuman" w:cs="Times New Roman"/>
          <w:b/>
          <w:bCs/>
          <w:sz w:val="24"/>
          <w:szCs w:val="24"/>
        </w:rPr>
        <w:t>Paste</w:t>
      </w:r>
      <w:r w:rsidRPr="0033592F">
        <w:rPr>
          <w:rFonts w:ascii="Hanuman" w:hAnsi="Hanuman" w:cs="Times New Roman"/>
          <w:sz w:val="24"/>
          <w:szCs w:val="24"/>
        </w:rPr>
        <w:t xml:space="preserve"> (do not choose </w:t>
      </w:r>
      <w:r w:rsidRPr="0033592F">
        <w:rPr>
          <w:rFonts w:ascii="Times New Roman" w:hAnsi="Times New Roman" w:cs="Times New Roman"/>
          <w:sz w:val="24"/>
          <w:szCs w:val="24"/>
        </w:rPr>
        <w:t>“</w:t>
      </w:r>
      <w:r w:rsidRPr="0033592F">
        <w:rPr>
          <w:rFonts w:ascii="Hanuman" w:hAnsi="Hanuman" w:cs="Times New Roman"/>
          <w:sz w:val="24"/>
          <w:szCs w:val="24"/>
        </w:rPr>
        <w:t>Paste as Plain Text</w:t>
      </w:r>
      <w:r w:rsidRPr="0033592F">
        <w:rPr>
          <w:rFonts w:ascii="Times New Roman" w:hAnsi="Times New Roman" w:cs="Times New Roman"/>
          <w:sz w:val="24"/>
          <w:szCs w:val="24"/>
        </w:rPr>
        <w:t>”</w:t>
      </w:r>
      <w:r w:rsidRPr="0033592F">
        <w:rPr>
          <w:rFonts w:ascii="Hanuman" w:hAnsi="Hanuman" w:cs="Times New Roman"/>
          <w:sz w:val="24"/>
          <w:szCs w:val="24"/>
        </w:rPr>
        <w:t>). This ensures all links are preserved.</w:t>
      </w:r>
    </w:p>
    <w:p w14:paraId="2D4456EA" w14:textId="77777777" w:rsidR="0033592F" w:rsidRPr="0033592F" w:rsidRDefault="0033592F" w:rsidP="0033592F">
      <w:pPr>
        <w:rPr>
          <w:rFonts w:ascii="Hanuman" w:hAnsi="Hanuman" w:cs="Times New Roman"/>
          <w:sz w:val="24"/>
          <w:szCs w:val="24"/>
        </w:rPr>
      </w:pPr>
      <w:r w:rsidRPr="0033592F">
        <w:rPr>
          <w:rFonts w:ascii="Hanuman" w:hAnsi="Hanuman" w:cs="Times New Roman"/>
          <w:sz w:val="24"/>
          <w:szCs w:val="24"/>
        </w:rPr>
        <w:t xml:space="preserve">MIS requests that you </w:t>
      </w:r>
      <w:r w:rsidRPr="0033592F">
        <w:rPr>
          <w:rFonts w:ascii="Hanuman" w:hAnsi="Hanuman" w:cs="Times New Roman"/>
          <w:b/>
          <w:bCs/>
          <w:sz w:val="24"/>
          <w:szCs w:val="24"/>
          <w:u w:val="single"/>
        </w:rPr>
        <w:t>do not include the logo,</w:t>
      </w:r>
      <w:r w:rsidRPr="0033592F">
        <w:rPr>
          <w:rFonts w:ascii="Hanuman" w:hAnsi="Hanuman" w:cs="Times New Roman"/>
          <w:sz w:val="24"/>
          <w:szCs w:val="24"/>
        </w:rPr>
        <w:t xml:space="preserve"> as it can create storage issues for our servers.</w:t>
      </w:r>
    </w:p>
    <w:p w14:paraId="31C70B54" w14:textId="71EFF81E" w:rsidR="0033592F" w:rsidRPr="0033592F" w:rsidRDefault="0033592F" w:rsidP="0033592F">
      <w:pPr>
        <w:rPr>
          <w:rFonts w:ascii="Hanuman" w:hAnsi="Hanuman" w:cs="Times New Roman"/>
          <w:sz w:val="24"/>
          <w:szCs w:val="24"/>
        </w:rPr>
      </w:pPr>
      <w:r w:rsidRPr="0033592F">
        <w:rPr>
          <w:rFonts w:ascii="Hanuman" w:hAnsi="Hanuman" w:cs="Times New Roman"/>
          <w:sz w:val="24"/>
          <w:szCs w:val="24"/>
        </w:rPr>
        <w:t xml:space="preserve">Before using the new template, please install our brand font, </w:t>
      </w:r>
      <w:r w:rsidRPr="0033592F">
        <w:rPr>
          <w:rFonts w:ascii="Hanuman" w:hAnsi="Hanuman" w:cs="Times New Roman"/>
          <w:b/>
          <w:bCs/>
          <w:sz w:val="24"/>
          <w:szCs w:val="24"/>
        </w:rPr>
        <w:t>Hanuman Bold</w:t>
      </w:r>
      <w:r w:rsidRPr="0033592F">
        <w:rPr>
          <w:rFonts w:ascii="Hanuman" w:hAnsi="Hanuman" w:cs="Times New Roman"/>
          <w:sz w:val="24"/>
          <w:szCs w:val="24"/>
        </w:rPr>
        <w:t xml:space="preserve">, available here: </w:t>
      </w:r>
      <w:hyperlink r:id="rId11" w:history="1">
        <w:r w:rsidRPr="004E7BA4">
          <w:rPr>
            <w:rStyle w:val="Hyperlink"/>
            <w:rFonts w:ascii="Hanuman" w:hAnsi="Hanuman" w:cs="Times New Roman"/>
            <w:sz w:val="24"/>
            <w:szCs w:val="24"/>
          </w:rPr>
          <w:t>https://fonts.google.com/</w:t>
        </w:r>
      </w:hyperlink>
      <w:r>
        <w:rPr>
          <w:rFonts w:ascii="Hanuman" w:hAnsi="Hanuman" w:cs="Times New Roman"/>
          <w:sz w:val="24"/>
          <w:szCs w:val="24"/>
        </w:rPr>
        <w:t xml:space="preserve"> </w:t>
      </w:r>
    </w:p>
    <w:p w14:paraId="79C09BB7" w14:textId="02D4A2FD" w:rsidR="00E91B7D" w:rsidRPr="0033592F" w:rsidRDefault="00E91B7D" w:rsidP="0033592F">
      <w:pPr>
        <w:rPr>
          <w:rFonts w:ascii="Hanuman" w:hAnsi="Hanuman"/>
          <w:sz w:val="24"/>
          <w:szCs w:val="24"/>
        </w:rPr>
      </w:pPr>
    </w:p>
    <w:sectPr w:rsidR="00E91B7D" w:rsidRPr="0033592F" w:rsidSect="00B7293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Hanuman">
    <w:panose1 w:val="02020600060500020200"/>
    <w:charset w:val="00"/>
    <w:family w:val="roman"/>
    <w:pitch w:val="variable"/>
    <w:sig w:usb0="00000003" w:usb1="00002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16B0F22"/>
    <w:multiLevelType w:val="multilevel"/>
    <w:tmpl w:val="8D601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72C2BB5"/>
    <w:multiLevelType w:val="multilevel"/>
    <w:tmpl w:val="0AC0B0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57275032">
    <w:abstractNumId w:val="8"/>
  </w:num>
  <w:num w:numId="2" w16cid:durableId="2005693828">
    <w:abstractNumId w:val="6"/>
  </w:num>
  <w:num w:numId="3" w16cid:durableId="2142993653">
    <w:abstractNumId w:val="5"/>
  </w:num>
  <w:num w:numId="4" w16cid:durableId="277219241">
    <w:abstractNumId w:val="4"/>
  </w:num>
  <w:num w:numId="5" w16cid:durableId="275719607">
    <w:abstractNumId w:val="7"/>
  </w:num>
  <w:num w:numId="6" w16cid:durableId="1654025268">
    <w:abstractNumId w:val="3"/>
  </w:num>
  <w:num w:numId="7" w16cid:durableId="1918399246">
    <w:abstractNumId w:val="2"/>
  </w:num>
  <w:num w:numId="8" w16cid:durableId="1426341608">
    <w:abstractNumId w:val="1"/>
  </w:num>
  <w:num w:numId="9" w16cid:durableId="369453949">
    <w:abstractNumId w:val="0"/>
  </w:num>
  <w:num w:numId="10" w16cid:durableId="1097016796">
    <w:abstractNumId w:val="9"/>
  </w:num>
  <w:num w:numId="11" w16cid:durableId="15641791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871AE"/>
    <w:rsid w:val="0029639D"/>
    <w:rsid w:val="00326F90"/>
    <w:rsid w:val="0033592F"/>
    <w:rsid w:val="00615CFA"/>
    <w:rsid w:val="00786C0E"/>
    <w:rsid w:val="00AA1D8D"/>
    <w:rsid w:val="00B47730"/>
    <w:rsid w:val="00B7293F"/>
    <w:rsid w:val="00BB6616"/>
    <w:rsid w:val="00CB0664"/>
    <w:rsid w:val="00DE0193"/>
    <w:rsid w:val="00DF6A56"/>
    <w:rsid w:val="00E91B7D"/>
    <w:rsid w:val="00EF6D1A"/>
    <w:rsid w:val="00FC693F"/>
    <w:rsid w:val="039B4FEA"/>
    <w:rsid w:val="049083DC"/>
    <w:rsid w:val="05A13102"/>
    <w:rsid w:val="105ED306"/>
    <w:rsid w:val="12359B0B"/>
    <w:rsid w:val="124D3112"/>
    <w:rsid w:val="14A77C2D"/>
    <w:rsid w:val="20EC65C2"/>
    <w:rsid w:val="21627192"/>
    <w:rsid w:val="27839B17"/>
    <w:rsid w:val="2CEDA148"/>
    <w:rsid w:val="2D083D66"/>
    <w:rsid w:val="2FB43BB0"/>
    <w:rsid w:val="32B32271"/>
    <w:rsid w:val="33E04AA9"/>
    <w:rsid w:val="394F0F8C"/>
    <w:rsid w:val="405083CE"/>
    <w:rsid w:val="4975ED52"/>
    <w:rsid w:val="498A4BAF"/>
    <w:rsid w:val="4F3E9556"/>
    <w:rsid w:val="51436B25"/>
    <w:rsid w:val="57D1105D"/>
    <w:rsid w:val="5819DA63"/>
    <w:rsid w:val="5DEDD909"/>
    <w:rsid w:val="6225476D"/>
    <w:rsid w:val="6ADD0DB3"/>
    <w:rsid w:val="6C784725"/>
    <w:rsid w:val="796D3E95"/>
    <w:rsid w:val="7A7158F6"/>
    <w:rsid w:val="7DC48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D99F31A"/>
  <w14:defaultImageDpi w14:val="300"/>
  <w15:docId w15:val="{9683F113-7D22-B64D-93B4-5622437C0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20EC65C2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729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IntegralCareATX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integralcare.org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hyperlink" Target="https://fonts.google.com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linkedin.com/company/integralcareat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instagram.com/integralcareatx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1439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Debra Joiner</cp:lastModifiedBy>
  <cp:revision>2</cp:revision>
  <dcterms:created xsi:type="dcterms:W3CDTF">2026-06-16T22:01:00Z</dcterms:created>
  <dcterms:modified xsi:type="dcterms:W3CDTF">2026-06-16T22:01:00Z</dcterms:modified>
  <cp:category/>
</cp:coreProperties>
</file>